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ΣΤΑΥΡΟΣ ΧΑΡΑΛΑΜΠΙΔΗΣ</w:t>
      </w:r>
    </w:p>
    <w:p>
      <w:r>
        <w:t>Σχεσιακός ψυχαναλυτής · Ομαδικός ψυχοθεραπευτής · Συγγραφέας · Θεατρικός παραγωγός και θεατρικός συγγραφέας</w:t>
      </w:r>
    </w:p>
    <w:p>
      <w:r>
        <w:t>Ιδρυτής και Διευθυντής του Ελληνικού Ινστιτούτου Σχεσιακής και Ομαδικής Ψυχοθεραπείας</w:t>
      </w:r>
    </w:p>
    <w:p>
      <w:r>
        <w:t>Εκλεγμένο μέλος Δ.Σ. IARPP (2018–2026) · Εκλεγμένο μέλος Δ.Σ. AGPA (από τον Φεβρουάριο 2024)</w:t>
      </w:r>
    </w:p>
    <w:p>
      <w:r>
        <w:t>Associate Editor, New International Library of Group Analysis (Routledge)</w:t>
      </w:r>
    </w:p>
    <w:p>
      <w:r>
        <w:t>Λ. Κηφισίας 90, Αμπελόκηποι, Αθήνα 11526, Ελλάδα · +30 210 698 1289 · +30 693 230 5183</w:t>
      </w:r>
    </w:p>
    <w:p>
      <w:r>
        <w:t>catinstitutedirector@gmail.com · info@relationalgrouptherapy.gr · www.relationalgrouptherapy.gr</w:t>
      </w:r>
    </w:p>
    <w:p>
      <w:pPr>
        <w:pStyle w:val="Heading1"/>
      </w:pPr>
      <w:r>
        <w:t>ΕΠΑΓΓΕΛΜΑΤΙΚΟ ΠΡΟΦΙΛ</w:t>
      </w:r>
    </w:p>
    <w:p>
      <w:r>
        <w:t>Ο Σταύρος Χαραλαμπίδης είναι συγγραφέας, θεατρικός παραγωγός και θεατρικός συγγραφέας, καθώς και εποπτικός και διδακτικός σχεσιακός ψυχαναλυτής και ομαδικός ψυχοθεραπευτής. Είναι Associate Editor της σειράς New International Library of Group Analysis (Routledge). Διετέλεσε εκλεγμένο μέλος του Διοικητικού Συμβουλίου της IARPP (2018–2026) και, από τον Φεβρουάριο του 2024, υπηρετεί επίσης ως εκλεγμένο μέλος του Διοικητικού Συμβουλίου της American Group Psychotherapy Association (AGPA). Μαζί με τη Gila Ofer συμπροεδρεύει στην Ομάδα Ειδικού Ενδιαφέροντος της IARPP για τα Ζευγάρια, τις Οικογένειες και τις Ομάδες.</w:t>
      </w:r>
    </w:p>
    <w:p>
      <w:r>
        <w:t>Είναι ιδρυτής και διευθυντής του Ελληνικού Ινστιτούτου Σχεσιακής και Ομαδικής Ψυχοθεραπείας (έτος ίδρυσης 2016), όπου έχει επίσης αναπτύξει και σήμερα εποπτεύει τέσσερις εξειδικευμένους κύκλους επιμόρφωσης στη σχεσιακή ψυχανάλυση και την ομαδική ψυχοθεραπεία.</w:t>
      </w:r>
    </w:p>
    <w:p>
      <w:r>
        <w:t>Εργάζεται εκτενώς με άτομα, ζευγάρια, αδέλφια, μικρές και μεγάλες ομάδες και θεσμικά συστήματα. Τα κύρια κλινικά και θεωρητικά του ενδιαφέροντα επικεντρώνονται στις αδελφικές δυναμικές, στον φθόνο, στο πένθος και στο μίσος στη μεταβίβαση και την αντιμεταβίβαση σε διαφορετικά αναλυτικά και ομαδικά πλαίσια, από τη δυάδα έως το πολυπολιτισμικό κοινωνικό πεδίο.</w:t>
      </w:r>
    </w:p>
    <w:p>
      <w:pPr>
        <w:pStyle w:val="Heading1"/>
      </w:pPr>
      <w:r>
        <w:t>ΘΕΣΕΙΣ ΚΑΙ ΕΠΙΣΤΗΜΟΝΙΚΕΣ ΣΥΝΕΡΓΑΣΙΕΣ</w:t>
      </w:r>
    </w:p>
    <w:p>
      <w:pPr>
        <w:pStyle w:val="ListBullet"/>
      </w:pPr>
      <w:r>
        <w:t>Ιδρυτής και Διευθυντής, Ελληνικό Ινστιτούτο Σχεσιακής και Ομαδικής Ψυχοθεραπείας — από το 2016.</w:t>
      </w:r>
    </w:p>
    <w:p>
      <w:pPr>
        <w:pStyle w:val="ListBullet"/>
      </w:pPr>
      <w:r>
        <w:t>Associate Editor, New International Library of Group Analysis (Routledge).</w:t>
      </w:r>
    </w:p>
    <w:p>
      <w:pPr>
        <w:pStyle w:val="ListBullet"/>
      </w:pPr>
      <w:r>
        <w:t>Εκλεγμένο μέλος Δ.Σ., American Group Psychotherapy Association (AGPA) — από τον Φεβρουάριο 2024.</w:t>
      </w:r>
    </w:p>
    <w:p>
      <w:pPr>
        <w:pStyle w:val="ListBullet"/>
      </w:pPr>
      <w:r>
        <w:t>Εκλεγμένο μέλος Δ.Σ., International Association for Relational Psychoanalysis and Psychotherapy (IARPP) — 2018–2026.</w:t>
      </w:r>
    </w:p>
    <w:p>
      <w:pPr>
        <w:pStyle w:val="ListBullet"/>
      </w:pPr>
      <w:r>
        <w:t>Συμπρόεδρος, μαζί με τη Gila Ofer, της Ομάδας Ειδικού Ενδιαφέροντος της IARPP για τα Ζευγάρια, τις Οικογένειες και τις Ομάδες.</w:t>
      </w:r>
    </w:p>
    <w:p>
      <w:pPr>
        <w:pStyle w:val="ListBullet"/>
      </w:pPr>
      <w:r>
        <w:t>Συμπρόεδρος, μαζί με τους Haim Weinberg και Kavita Avula, της Ομάδας Ειδικού Ενδιαφέροντος της AGPA για τη Σχεσιακή Αναλυτική Ομαδική Ψυχοθεραπεία.</w:t>
      </w:r>
    </w:p>
    <w:p>
      <w:pPr>
        <w:pStyle w:val="Heading1"/>
      </w:pPr>
      <w:r>
        <w:t>ΠΡΟΕΔΡΙΑ ΣΥΜΠΟΣΙΩΝ ΤΟΥ ΙΣΟΨ</w:t>
      </w:r>
    </w:p>
    <w:p>
      <w:r>
        <w:t>Πρόεδρος και διοργανωτής των ετήσιων πανελλήνιων συμποσίων του Ελληνικού Ινστιτούτου Σχεσιακής και Ομαδικής Ψυχοθεραπείας (ΙΣΟΨ).</w:t>
      </w:r>
    </w:p>
    <w:p>
      <w:pPr>
        <w:pStyle w:val="Heading2"/>
      </w:pPr>
      <w:r>
        <w:t>3ο Πανελλήνιο Συμπόσιο ΙΣΟΨ</w:t>
      </w:r>
    </w:p>
    <w:p>
      <w:r>
        <w:t>«Το κοινωνικό ασυνείδητο και η πατρότητα: Σχεσιακή ψυχανάλυση και ομαδική ψυχοθεραπεία». Διαδικτυακά στα αγγλικά, 5–6 Φεβρουαρίου 2026· διά ζώσης στην Αθήνα στα ελληνικά, 7–8 Φεβρουαρίου 2026.</w:t>
      </w:r>
    </w:p>
    <w:p>
      <w:r>
        <w:t>Προεδρική ομιλία: «Ψυχαναλυτές χωρίς ψυχανάλυση: Φροϋδική ορθοδοξία, χρήμα και το θεσμικό ασυνείδητο που δεν αναλύεται ποτέ».</w:t>
      </w:r>
    </w:p>
    <w:p>
      <w:pPr>
        <w:pStyle w:val="Heading2"/>
      </w:pPr>
      <w:r>
        <w:t>2ο Πανελλήνιο Συμπόσιο Σχεσιακής Ψυχανάλυσης και Ομαδικής Ψυχοθεραπείας</w:t>
      </w:r>
    </w:p>
    <w:p>
      <w:r>
        <w:t>«Ρήξη και επιδιόρθωση τραύματος: Φαντασίωση ή πραγματικότητα;». Διαδικτυακά με διεθνείς ομιλητές, 26 Ιανουαρίου 2024· διά ζώσης στη Σχολή Δημόσιας Υγείας του Πανεπιστημίου Δυτικής Αττικής, Αθήνα, 27–28 Ιανουαρίου 2024.</w:t>
      </w:r>
    </w:p>
    <w:p>
      <w:pPr>
        <w:pStyle w:val="Heading2"/>
      </w:pPr>
      <w:r>
        <w:t>1ο Πανελλήνιο Συμπόσιο Σχεσιακής Ψυχανάλυσης και Ψυχοθεραπείας</w:t>
      </w:r>
    </w:p>
    <w:p>
      <w:r>
        <w:t>«Διασχίζοντας τον ωκεανό της ατομικής και ομαδικής θεραπείας». Διαδικτυακά, 2–3 Οκτωβρίου 2021.</w:t>
      </w:r>
    </w:p>
    <w:p>
      <w:pPr>
        <w:pStyle w:val="Heading1"/>
      </w:pPr>
      <w:r>
        <w:t>ΑΤΟΜΙΚΑ ΒΙΒΛΙΑ</w:t>
      </w:r>
    </w:p>
    <w:p>
      <w:pPr>
        <w:pStyle w:val="ListBullet"/>
      </w:pPr>
      <w:r>
        <w:t>Χαραλαμπίδης, Σ. (2026, Νοέμβριος). Θεσμικός Αναλφαβητισμός: Στα Ψυχαναλυτικά και Ομαδικοαναλυτικά Ινστιτούτα, στους Θεσμούς και στην Κοινωνία. Εκδόσεις Δίσιγμα.</w:t>
      </w:r>
    </w:p>
    <w:p>
      <w:pPr>
        <w:pStyle w:val="ListBullet"/>
      </w:pPr>
      <w:r>
        <w:t>Χαραλαμπίδης, Σ. (2025). Τα δουλικά του μένους. Αθήνα: Εκδόσεις Δίσιγμα. (Στα ελληνικά)</w:t>
      </w:r>
    </w:p>
    <w:p>
      <w:pPr>
        <w:pStyle w:val="ListBullet"/>
      </w:pPr>
      <w:r>
        <w:t>Χαραλαμπίδης, Σ. (2022). Ο δήμιος του φθόνου. Αθήνα: Εκδόσεις Δίσιγμα. (Στα ελληνικά)</w:t>
      </w:r>
    </w:p>
    <w:p>
      <w:pPr>
        <w:pStyle w:val="Heading1"/>
      </w:pPr>
      <w:r>
        <w:t>ΕΠΙΜΕΛΕΙΑ ΣΥΛΛΟΓΙΚΩΝ ΤΟΜΩΝ</w:t>
      </w:r>
    </w:p>
    <w:p>
      <w:r>
        <w:t>Επιμελητής των ελληνικών συλλογικών τόμων για τη σχεσιακή ψυχανάλυση και τις ομαδικές δυναμικές:</w:t>
      </w:r>
    </w:p>
    <w:p>
      <w:pPr>
        <w:pStyle w:val="ListBullet"/>
      </w:pPr>
      <w:r>
        <w:t>Χαραλαμπίδης, Σ. (επιμ.). (υπό έκδοση). Τέταρτος ελληνικός συλλογικός τόμος σχεσιακής ψυχανάλυσης και ομαδικών δυναμικών. Εκδόσεις Δίσιγμα.</w:t>
      </w:r>
    </w:p>
    <w:p>
      <w:pPr>
        <w:pStyle w:val="ListBullet"/>
      </w:pPr>
      <w:r>
        <w:t>Χαραλαμπίδης, Σ. (επιμ.). (2025, Αύγουστος). Τρίτος ελληνικός συλλογικός τόμος σχεσιακής ψυχανάλυσης και ομαδικών δυναμικών. Αθήνα: Εκδόσεις Δίσιγμα.</w:t>
      </w:r>
    </w:p>
    <w:p>
      <w:pPr>
        <w:pStyle w:val="ListBullet"/>
      </w:pPr>
      <w:r>
        <w:t>Χαραλαμπίδης, Σ. (επιμ.). (2024, Σεπτέμβριος). Δεύτερος ελληνικός συλλογικός τόμος σχεσιακής ψυχανάλυσης και ομαδικών δυναμικών. Αθήνα: Εκδόσεις Δίσιγμα.</w:t>
      </w:r>
    </w:p>
    <w:p>
      <w:pPr>
        <w:pStyle w:val="ListBullet"/>
      </w:pPr>
      <w:r>
        <w:t>Χαραλαμπίδης, Σ. (επιμ.). (2023, Ιούλιος). Πρώτος ελληνικός συλλογικός τόμος σχεσιακής ψυχανάλυσης και ομαδικών δυναμικών. Αθήνα: Εκδόσεις Δίσιγμα.</w:t>
      </w:r>
    </w:p>
    <w:p>
      <w:pPr>
        <w:pStyle w:val="Heading1"/>
      </w:pPr>
      <w:r>
        <w:t>ΚΡΙΣΗ ΕΠΙΣΤΗΜΟΝΙΚΩΝ ΕΡΓΑΣΙΩΝ ΚΑΙ ΕΚΔΟΤΙΚΗ ΔΡΑΣΤΗΡΙΟΤΗΤΑ</w:t>
      </w:r>
    </w:p>
    <w:p>
      <w:pPr>
        <w:pStyle w:val="ListBullet"/>
      </w:pPr>
      <w:r>
        <w:t>Κριτής επιστημονικών άρθρων, International Journal of Applied Psychoanalytic Studies (Wiley), 2026.</w:t>
      </w:r>
    </w:p>
    <w:p>
      <w:pPr>
        <w:pStyle w:val="ListBullet"/>
      </w:pPr>
      <w:r>
        <w:t>Κριτής επιστημονικών άρθρων, British Journal of Psychotherapy (Wiley), 2026.</w:t>
      </w:r>
    </w:p>
    <w:p>
      <w:pPr>
        <w:pStyle w:val="ListBullet"/>
      </w:pPr>
      <w:r>
        <w:t>Κριτής επιστημονικών άρθρων, Frontiers in Psychology, ενότητα Theoretical and Philosophical Psychology, 2026.</w:t>
      </w:r>
    </w:p>
    <w:p>
      <w:pPr>
        <w:pStyle w:val="ListBullet"/>
      </w:pPr>
      <w:r>
        <w:t>Κριτής επιστημονικών άρθρων, FORUM for Group Psychotherapies and Processes (IAGP), 2025–2026.</w:t>
      </w:r>
    </w:p>
    <w:p>
      <w:pPr>
        <w:pStyle w:val="ListBullet"/>
      </w:pPr>
      <w:r>
        <w:t>Εξωτερικός αξιολογητής προτάσεων έκδοσης βιβλίων για τον εκδοτικό οίκο Routledge, 2022 και 2026.</w:t>
      </w:r>
    </w:p>
    <w:p>
      <w:pPr>
        <w:pStyle w:val="Heading1"/>
      </w:pPr>
      <w:r>
        <w:t>ΑΡΘΡΑ ΜΕ ΚΡΙΣΗ ΚΑΙ ΚΕΦΑΛΑΙΑ ΣΕ ΒΙΒΛΙΑ</w:t>
      </w:r>
    </w:p>
    <w:p>
      <w:r>
        <w:t>Charalambides, S. (2026, Μάιος). Relationality as institutional ethic: Bridging psychoanalysis, group psychotherapy, therapeutic communities, and complexity theory through the group turn. FORUM for Group Psychotherapies and Processes, 14.</w:t>
      </w:r>
    </w:p>
    <w:p>
      <w:r>
        <w:t>Charalambides, S. (2026). “The group turn” in psychoanalysis: A proposal for including group work in psychoanalytic training. Psychoanalytic Perspectives, 23(1), 4–22.</w:t>
      </w:r>
    </w:p>
    <w:p>
      <w:r>
        <w:t>Charalambides, S. (2025). Cassandra at the Gates: Institutional literacy, group dynamics, and the social unconscious in contemporary psychoanalysis. Group, 49(1), 13–24.</w:t>
      </w:r>
    </w:p>
    <w:p>
      <w:r>
        <w:t>Charalambides, S. (2025). The institutional large group. Αδημοσίευτη συνεδριακή παρουσίαση, ετήσιο συνέδριο AGPA Connect, American Group Psychotherapy Association.</w:t>
      </w:r>
    </w:p>
    <w:p>
      <w:r>
        <w:t>Charalambides, S. (2024). Relational psychoanalytic sessions as large group therapy with two representatives: Theoretical and technical issues of the “group turn” in relational psychoanalytic thinking. Psychoanalytic Perspectives, 21(1), 52–70.</w:t>
      </w:r>
    </w:p>
    <w:p>
      <w:r>
        <w:t>Ofer, G., Levin, U., &amp; Charalambides, S. (2023). Online large groups in times of social turmoil: Helping individuals and communities to work through pandemics and wars. Στο The Virtual Group Therapy Circle: Advances in Online Group Theory and Practice (σσ. 135–146). Routledge.</w:t>
      </w:r>
    </w:p>
    <w:p>
      <w:r>
        <w:t>Charalambides, S. (2017). The group in two minds: Sibling and group-as-a-whole transference and countertransference. Group, 41(3), 229–242. https://doi.org/10.13186/group.41.3.0229</w:t>
      </w:r>
    </w:p>
    <w:p>
      <w:pPr>
        <w:pStyle w:val="Heading1"/>
      </w:pPr>
      <w:r>
        <w:t>ΕΠΙΛΕΓΜΕΝΕΣ ΣΥΝΕΔΡΙΑΚΕΣ ΠΑΡΟΥΣΙΑΣΕΙΣ</w:t>
      </w:r>
    </w:p>
    <w:p>
      <w:pPr>
        <w:pStyle w:val="Heading2"/>
      </w:pPr>
      <w:r>
        <w:t>Στρογγυλές τράπεζες και ολομέλειες</w:t>
      </w:r>
    </w:p>
    <w:p>
      <w:pPr>
        <w:pStyle w:val="ListBullet"/>
      </w:pPr>
      <w:r>
        <w:t>Ομιλητής στη στρογγυλή τράπεζα «Πέρα από τη δυάδα: Μίσος, θεσμικός αναλφαβητισμός και η επείγουσα ανάγκη της ομαδικής στροφής» — 22ο Διεθνές Συνέδριο IARPP, Τορόντο, Καναδάς, Μάιος 2026.</w:t>
      </w:r>
    </w:p>
    <w:p>
      <w:pPr>
        <w:pStyle w:val="ListBullet"/>
      </w:pPr>
      <w:r>
        <w:t>Συντονιστής ομάδων συζήτησης μετά τις ολομέλειες (DG1–3), από κοινού με τον Christian Schulz-Quach, MD, PsyaD, MSc, MA, MRCPsych — 22ο Διεθνές Συνέδριο IARPP, Τορόντο, Καναδάς, Μάιος 2026.</w:t>
      </w:r>
    </w:p>
    <w:p>
      <w:pPr>
        <w:pStyle w:val="ListBullet"/>
      </w:pPr>
      <w:r>
        <w:t>Ομιλητής ολομέλειας, «Θεσμικός γραμματισμός υπό το πρίσμα του κοινωνικού ασυνειδήτου και των ομαδικών δυναμικών στα ψυχαναλυτικά ινστιτούτα και τις κοινότητες» — 21ο Διεθνές Συνέδριο IARPP, Αθήνα, Ιούνιος 2025.</w:t>
      </w:r>
    </w:p>
    <w:p>
      <w:pPr>
        <w:pStyle w:val="ListBullet"/>
      </w:pPr>
      <w:r>
        <w:t>Συντονιστής διεργασίας μεγάλης ομάδας για την ανίχνευση του κοινωνικού ασυνειδήτου των αποσιωπημένων κομμουνιστικών θηριωδιών — 22ο Διεθνές Συνέδριο IAGP «Ομάδες και παγκόσμιες κρίσεις», Σαπόρο, Ιαπωνία, Αύγουστος 2025.</w:t>
      </w:r>
    </w:p>
    <w:p>
      <w:pPr>
        <w:pStyle w:val="ListBullet"/>
      </w:pPr>
      <w:r>
        <w:t>Ομιλητής, «Σχεσιακές ψυχαναλυτικές και ομαδικοαναλυτικές προσεγγίσεις ως γέφυρα μεταξύ αντιπαρατιθέμενων εθνοτικών ομάδων: Η οπτική του κοινωνικού ασυνειδήτου» — 20ό Διεθνές Συνέδριο IARPP, Μέριδα, Γιουκατάν, 2024.</w:t>
      </w:r>
    </w:p>
    <w:p>
      <w:pPr>
        <w:pStyle w:val="ListBullet"/>
      </w:pPr>
      <w:r>
        <w:t>Συντονιστής δύο μεγάλων ομάδων μαζί με τον Dr. Haim Weinberg — 20ό Διεθνές Συνέδριο IARPP, Μέριδα, Γιουκατάν, 2024.</w:t>
      </w:r>
    </w:p>
    <w:p>
      <w:pPr>
        <w:pStyle w:val="ListBullet"/>
      </w:pPr>
      <w:r>
        <w:t>Ομιλητής, «Συνάντηση με τον Άλλο: Όταν οι συγκρούσεις στη θεραπευτική ομάδα συναντούν τις σχεσιακές προσεγγίσεις» — 19ο Διεθνές Συνέδριο IARPP, Βαλένθια, Ισπανία, 2023.</w:t>
      </w:r>
    </w:p>
    <w:p>
      <w:pPr>
        <w:pStyle w:val="ListBullet"/>
      </w:pPr>
      <w:r>
        <w:t>Συντονιστής δύο μεγάλων ομάδων μαζί με τον Dr. Haim Weinberg — 19ο Διεθνές Συνέδριο IARPP, Βαλένθια, Ισπανία, 2023.</w:t>
      </w:r>
    </w:p>
    <w:p>
      <w:pPr>
        <w:pStyle w:val="ListBullet"/>
      </w:pPr>
      <w:r>
        <w:t>Ομιλητής σε τρεις στρογγυλές τράπεζες για τη θεσμική βία, τις διαδικτυακές μεγάλες ομάδες και τις δυναμικές των συντονιστών κατά τον ουκρανορωσικό πόλεμο — 21ο Διεθνές Συνέδριο IAGP, Πεσκάρα, Ιταλία, Ιούλιος 2022.</w:t>
      </w:r>
    </w:p>
    <w:p>
      <w:pPr>
        <w:pStyle w:val="ListBullet"/>
      </w:pPr>
      <w:r>
        <w:t>Ομιλητής, «Ρήξεις, επανορθώσεις και συγχώρεση στις ομάδες» — ετήσιο διαδικτυακό συνέδριο EGPS «Εγώ, εμείς, εμείς και εκείνοι», Νοέμβριος 2022.</w:t>
      </w:r>
    </w:p>
    <w:p>
      <w:pPr>
        <w:pStyle w:val="ListBullet"/>
      </w:pPr>
      <w:r>
        <w:t>Ομιλητής ολομέλειας, «Κλινικές προεκτάσεις της υποκειμενικότητας του αναλυτή: Η επίδραση του πολιτισμού, του ψυχισμού και της ψυχής» — 18ο Διεθνές Συνέδριο IARPP, Λος Άντζελες, ΗΠΑ, 2022.</w:t>
      </w:r>
    </w:p>
    <w:p>
      <w:pPr>
        <w:pStyle w:val="ListBullet"/>
      </w:pPr>
      <w:r>
        <w:t>Ομιλητής, «Το φάντασμα της θεραπείας, συνθέτοντας σχεσιακές φαντασιώσεις: Η ομάδα σε τρεις νόες — Φαντασία και αδελφική μεταβίβαση από την οπτική της ομάδας ως όλου» — 17ο Διεθνές Συνέδριο IARPP, Τελ Αβίβ, Ισραήλ, 2019.</w:t>
      </w:r>
    </w:p>
    <w:p>
      <w:pPr>
        <w:pStyle w:val="ListBullet"/>
      </w:pPr>
      <w:r>
        <w:t>Συντονιστής δύο μεγάλων ομάδων με δύο Ισραηλινούς συναδέλφους — 17ο Διεθνές Συνέδριο IARPP, Τελ Αβίβ, Ισραήλ, 2019.</w:t>
      </w:r>
    </w:p>
    <w:p>
      <w:pPr>
        <w:pStyle w:val="ListBullet"/>
      </w:pPr>
      <w:r>
        <w:t>Σχολιαστής, «Σχεσιακές προσεγγίσεις και ομαδική ανάλυση σε έναν αβέβαιο κόσμο: Έκκληση για αμοιβαία αναγνώριση» — 16ο Διεθνές Συνέδριο IARPP, Νέα Υόρκη, ΗΠΑ, 2018.</w:t>
      </w:r>
    </w:p>
    <w:p>
      <w:pPr>
        <w:pStyle w:val="ListBullet"/>
      </w:pPr>
      <w:r>
        <w:t>Ομιλητής σε προσκεκλημένη στρογγυλή τράπεζα «Αποτυχία στην ψυχανάλυση και την ψυχοθεραπεία», με θέμα «Η ομάδα σε δύο νόες: Αδελφική και ομαδική ως όλου μεταβίβαση και αντιμεταβίβαση» — 15ο Διεθνές Συνέδριο IARPP, Σίδνεϊ, Αυστραλία, 2017.</w:t>
      </w:r>
    </w:p>
    <w:p>
      <w:pPr>
        <w:pStyle w:val="ListBullet"/>
      </w:pPr>
      <w:r>
        <w:t>Σχολιαστής στην παράλληλη συνεδρία «Γόρδιοι δεσμοί και φερεντσιανή αισθητική: Ζωντανή αντιστροφή ομαδικής εποπτείας» — 14ο Διεθνές Συνέδριο IARPP, Ρώμη, Ιταλία, 2016.</w:t>
      </w:r>
    </w:p>
    <w:p>
      <w:pPr>
        <w:pStyle w:val="Heading2"/>
      </w:pPr>
      <w:r>
        <w:t>Συμπόσια: διοργάνωση και συντονισμός</w:t>
      </w:r>
    </w:p>
    <w:p>
      <w:pPr>
        <w:pStyle w:val="ListBullet"/>
      </w:pPr>
      <w:r>
        <w:t>«Διαλογικότητα στην ομαδική θεραπεία» — 6ο Διεθνές Συνέδριο Διαλογικού Εαυτού, Αθήνα, Οκτώβριος 2010.</w:t>
      </w:r>
    </w:p>
    <w:p>
      <w:pPr>
        <w:pStyle w:val="ListBullet"/>
      </w:pPr>
      <w:r>
        <w:t>«Εφαρμογές της Γνωσιακής Αναλυτικής Θεραπείας στην ομαδική ψυχοθεραπεία» — 3ο Ελληνικό Συνέδριο Συμβουλευτικής Ψυχολογίας, Ρέθυμνο, Μάιος 2010.</w:t>
      </w:r>
    </w:p>
    <w:p>
      <w:pPr>
        <w:pStyle w:val="ListBullet"/>
      </w:pPr>
      <w:r>
        <w:t>«Γνωσιακή Αναλυτική Θεραπεία και θεωρίες Διαλογικού Εαυτού στην ομαδική θεραπεία ατόμων με διαταραχές προσωπικότητας» — 12ο Συνέδριο Ψυχολογικής Έρευνας, Ελληνική Ψυχολογική Εταιρεία, Βόλος, Μάιος 2009.</w:t>
      </w:r>
    </w:p>
    <w:p>
      <w:pPr>
        <w:pStyle w:val="Heading1"/>
      </w:pPr>
      <w:r>
        <w:t>ΑΚΑΔΗΜΑΪΚΗ ΕΚΠΑΙΔΕΥΣΗ</w:t>
      </w:r>
    </w:p>
    <w:p>
      <w:pPr>
        <w:pStyle w:val="ListBullet"/>
      </w:pPr>
      <w:r>
        <w:t>Μεταπτυχιακό πιστοποιητικό στις ψυχαναλυτικές θεωρίες του μαζοχισμού (6 μήνες) — Ελληνική Εταιρεία Ψυχαναλυτικής Ψυχοθεραπείας, Μάρτιος 2020.</w:t>
      </w:r>
    </w:p>
    <w:p>
      <w:pPr>
        <w:pStyle w:val="ListBullet"/>
      </w:pPr>
      <w:r>
        <w:t>Μεταπτυχιακό πιστοποιητικό στις ψυχαναλυτικές θεωρίες της ντροπής (6 μήνες) — Ελληνική Εταιρεία Ψυχαναλυτικής Ψυχοθεραπείας, Ιανουάριος 2019.</w:t>
      </w:r>
    </w:p>
    <w:p>
      <w:pPr>
        <w:pStyle w:val="ListBullet"/>
      </w:pPr>
      <w:r>
        <w:t>Μεταπτυχιακό πιστοποιητικό στις ψυχαναλυτικές θεωρίες της αδελφικής μεταβίβασης (6 μήνες) — Ελληνική Εταιρεία Ψυχαναλυτικής Ψυχοθεραπείας, Ιανουάριος 2018.</w:t>
      </w:r>
    </w:p>
    <w:p>
      <w:pPr>
        <w:pStyle w:val="ListBullet"/>
      </w:pPr>
      <w:r>
        <w:t>Πιστοποιητικό επαγγελματικής επιμόρφωσης στην Ψυχοδυναμική Ψυχιατρική και Κλινική Πράξη — Εθνικό και Καποδιστριακό Πανεπιστήμιο Αθηνών, Τμήμα Επαγγελματικής Κατάρτισης, Δεκέμβριος 2013.</w:t>
      </w:r>
    </w:p>
    <w:p>
      <w:pPr>
        <w:pStyle w:val="ListBullet"/>
      </w:pPr>
      <w:r>
        <w:t>Μεταπτυχιακό πιστοποιητικό στην Ψυχαναλυτική Θεωρία (Σεξουαλικότητα και Ναρκισσισμός) — Ελληνική Εταιρεία Ψυχαναλυτικής Ψυχοθεραπείας και Ψυχιατρικό Τμήμα Γενικού Νοσοκομείου Σωτηρία, Ιούνιος 2013.</w:t>
      </w:r>
    </w:p>
    <w:p>
      <w:pPr>
        <w:pStyle w:val="ListBullet"/>
      </w:pPr>
      <w:r>
        <w:t>Μεταπτυχιακό πιστοποιητικό στην Ψυχαναλυτική Θεωρία και Κλινική Πράξη — Ελληνική Εταιρεία Ψυχαναλυτικής Ψυχοθεραπείας και Ψυχιατρικό Τμήμα Γενικού Νοσοκομείου Σωτηρία, Ιούνιος 2012.</w:t>
      </w:r>
    </w:p>
    <w:p>
      <w:pPr>
        <w:pStyle w:val="ListBullet"/>
      </w:pPr>
      <w:r>
        <w:t>Πιστοποιητικό επαγγελματικής επιμόρφωσης στη Συναισθηματική Νοημοσύνη και Διοίκηση — Εθνικό και Καποδιστριακό Πανεπιστήμιο Αθηνών, Τμήμα Επαγγελματικής Κατάρτισης, Ιούνιος 2011.</w:t>
      </w:r>
    </w:p>
    <w:p>
      <w:pPr>
        <w:pStyle w:val="ListBullet"/>
      </w:pPr>
      <w:r>
        <w:t>Μεταπτυχιακό πιστοποιητικό στην Κλινική Εποπτεία — University of Derby, Ηνωμένο Βασίλειο, Ιούνιος 2010.</w:t>
      </w:r>
    </w:p>
    <w:p>
      <w:pPr>
        <w:pStyle w:val="ListBullet"/>
      </w:pPr>
      <w:r>
        <w:t>MSc στις Συμβουλευτικές Σπουδές — University of Hull, Ηνωμένο Βασίλειο, Μάιος 2002.</w:t>
      </w:r>
    </w:p>
    <w:p>
      <w:pPr>
        <w:pStyle w:val="ListBullet"/>
      </w:pPr>
      <w:r>
        <w:t>BSc (Hons) στην Ψυχολογία, τετραετούς φοίτησης — Εθνικό και Καποδιστριακό Πανεπιστήμιο Αθηνών, Φιλοσοφική Σχολή, Τμήμα Ψυχολογίας, Μάιος 2001.</w:t>
      </w:r>
    </w:p>
    <w:p>
      <w:pPr>
        <w:pStyle w:val="Heading1"/>
      </w:pPr>
      <w:r>
        <w:t>ΕΠΑΓΓΕΛΜΑΤΙΚΗ ΕΚΠΑΙΔΕΥΣΗ ΣΤΗ ΣΧΕΣΙΑΚΗ ΨΥΧΑΝΑΛΥΣΗ ΚΑΙ ΤΗΝ ΟΜΑΔΙΚΗ ΨΥΧΟΘΕΡΑΠΕΙΑ</w:t>
      </w:r>
    </w:p>
    <w:p>
      <w:pPr>
        <w:pStyle w:val="Heading2"/>
      </w:pPr>
      <w:r>
        <w:t>Διπλώματα</w:t>
      </w:r>
    </w:p>
    <w:p>
      <w:pPr>
        <w:pStyle w:val="ListBullet"/>
      </w:pPr>
      <w:r>
        <w:t>Εντατικό δίπλωμα στη Διαπροσωπική Ψυχανάλυση, εξ αποστάσεως — William Alanson White Institute, Ιανουάριος–Μάιος 2019.</w:t>
      </w:r>
    </w:p>
    <w:p>
      <w:pPr>
        <w:pStyle w:val="ListBullet"/>
      </w:pPr>
      <w:r>
        <w:t>Δίπλωμα Ψυχανάλυσης, σύγχρονη/σχεσιακή κατεύθυνση, εξ αποστάσεως — Tampa Bay Institute for Psychoanalytic Studies, ΗΠΑ, ολοκλήρωση Σεπτέμβριος 2018.</w:t>
      </w:r>
    </w:p>
    <w:p>
      <w:pPr>
        <w:pStyle w:val="ListBullet"/>
      </w:pPr>
      <w:r>
        <w:t>Δίπλωμα εκπαίδευσης εποπτών ομαδικής ψυχοθεραπείας — Yalom Institute, ΗΠΑ, επόπτρια Dr. Ruthellen Josselson, Μάρτιος 2014–Μάρτιος 2016.</w:t>
      </w:r>
    </w:p>
    <w:p>
      <w:pPr>
        <w:pStyle w:val="ListBullet"/>
      </w:pPr>
      <w:r>
        <w:t>Δίπλωμα εκπαίδευσης στην ομαδική ψυχοθεραπεία — Yalom Institute, ΗΠΑ, επόπτρια Dr. Ruthellen Josselson, Σεπτέμβριος 2009–Μάρτιος 2014.</w:t>
      </w:r>
    </w:p>
    <w:p>
      <w:pPr>
        <w:pStyle w:val="ListBullet"/>
      </w:pPr>
      <w:r>
        <w:t>Εκπαίδευση θεραπευτή στη Γνωσιακή Αναλυτική Θεραπεία (μερική ολοκλήρωση) — Association for Cognitive Analytic Therapy, Ηνωμένο Βασίλειο, Μάιος 2007–2010.</w:t>
      </w:r>
    </w:p>
    <w:p>
      <w:pPr>
        <w:pStyle w:val="ListBullet"/>
      </w:pPr>
      <w:r>
        <w:t>Δίπλωμα Γνωσιακής Συμπεριφορικής Ψυχοθεραπείας — Ινστιτούτο Έρευνας και Θεραπείας της Συμπεριφοράς, Αθήνα, Μάρτιος 2000.</w:t>
      </w:r>
    </w:p>
    <w:p>
      <w:pPr>
        <w:pStyle w:val="Heading2"/>
      </w:pPr>
      <w:r>
        <w:t>Σεμινάρια σχεσιακής ψυχανάλυσης</w:t>
      </w:r>
    </w:p>
    <w:p>
      <w:pPr>
        <w:pStyle w:val="ListBullet"/>
      </w:pPr>
      <w:r>
        <w:t>Μικροτραύμα και ναρκισσισμός (12 ώρες) — Dr. Maggie Crastnopol, μέλος Δ.Σ. IARPP, Αθήνα, Ιούνιος 2019.</w:t>
      </w:r>
    </w:p>
    <w:p>
      <w:pPr>
        <w:pStyle w:val="ListBullet"/>
      </w:pPr>
      <w:r>
        <w:t>Winnicott και Kohut: Ντροπή και παιχνίδι στο αναλυτικό πλαίσιο (18 ώρες) — Dr. Lycia Querra, πρόεδρος Tampa Bay Institute, Αθήνα, Οκτώβριος 2018.</w:t>
      </w:r>
    </w:p>
    <w:p>
      <w:pPr>
        <w:pStyle w:val="ListBullet"/>
      </w:pPr>
      <w:r>
        <w:t>Αμοιβαία ευαλωτότητα και ψυχικό τραύμα (16 ώρες) — Dr. Lauren Levine, NYU Postdoc, Αθήνα, Σεπτέμβριος 2017.</w:t>
      </w:r>
    </w:p>
    <w:p>
      <w:pPr>
        <w:pStyle w:val="ListBullet"/>
      </w:pPr>
      <w:r>
        <w:t>Ενσώματη εμπειρία και διυποκειμενικότητα (16 ώρες) — Dr. Sissy Lykoy, Αθήνα, Μάρτιος 2016.</w:t>
      </w:r>
    </w:p>
    <w:p>
      <w:pPr>
        <w:pStyle w:val="ListBullet"/>
      </w:pPr>
      <w:r>
        <w:t>Αμοιβαία ευαλωτότητα, καταστροφή και ντροπή στην αναλυτική συνάντηση (16 ώρες) — Dr. Lauren Levine, Αθήνα, Σεπτέμβριος 2015.</w:t>
      </w:r>
    </w:p>
    <w:p>
      <w:pPr>
        <w:pStyle w:val="ListBullet"/>
      </w:pPr>
      <w:r>
        <w:t>IARPP Colloquium αρ. 25, «Σχεσιακή ελευθερία και θεραπευτική δράση», συγγραφέας Donnel Stern — Νοέμβριος 2014.</w:t>
      </w:r>
    </w:p>
    <w:p>
      <w:pPr>
        <w:pStyle w:val="ListBullet"/>
      </w:pPr>
      <w:r>
        <w:t>Διαδικτυακό σεμινάριο IARPP με τον Steve Kuchuck για το βιβλίο του σχετικά με την προσωπική ανάπτυξη του ψυχαναλυτικού επαγγελματία — Μάρτιος–Απρίλιος 2014.</w:t>
      </w:r>
    </w:p>
    <w:p>
      <w:pPr>
        <w:pStyle w:val="ListBullet"/>
      </w:pPr>
      <w:r>
        <w:t>Διαδικτυακό σεμινάριο IARPP «Τι μπορούν να μάθουν η Ψυχολογία του Εαυτού και η σχεσιακότητα η μία από την άλλη», Magid και Shane — Φεβρουάριος–Μάρτιος 2014.</w:t>
      </w:r>
    </w:p>
    <w:p>
      <w:pPr>
        <w:pStyle w:val="ListBullet"/>
      </w:pPr>
      <w:r>
        <w:t>Σεμινάριο υποψηφίων IARPP με τον Donnel Stern, «Μη διατυπωμένη εμπειρία και διαπροσωπικό πεδίο» — Ιανουάριος 2014.</w:t>
      </w:r>
    </w:p>
    <w:p>
      <w:pPr>
        <w:pStyle w:val="ListBullet"/>
      </w:pPr>
      <w:r>
        <w:t>Η χρήση του εαυτού του θεραπευτή: Θεωρία και κλινική διεργασία (14 ώρες) — Drs. Stuart και Barbara Pizer, Αθήνα, Οκτώβριος 2013.</w:t>
      </w:r>
    </w:p>
    <w:p>
      <w:pPr>
        <w:pStyle w:val="ListBullet"/>
      </w:pPr>
      <w:r>
        <w:t>Πρόσωπα: Αμοιβαία κατανόηση του συντονισμού μητέρας–βρέφους (3 ώρες) — Dr. Beatrice Beebe, Ιούλιος 2013.</w:t>
      </w:r>
    </w:p>
    <w:p>
      <w:pPr>
        <w:pStyle w:val="ListBullet"/>
      </w:pPr>
      <w:r>
        <w:t>Το σώμα ως αντικείμενο της σχεσιακής ψυχανάλυσης (5 ώρες) — Drs. Susie Orbach και Jane Haberlin, Relational Track UK, Αθήνα, Ιούνιος 2013.</w:t>
      </w:r>
    </w:p>
    <w:p>
      <w:pPr>
        <w:pStyle w:val="ListBullet"/>
      </w:pPr>
      <w:r>
        <w:t>Βασικές αρχές σχεσιακής ψυχανάλυσης (5 ώρες) — Drs. Susie Orbach και Jane Haberlin, Αθήνα, Ιούνιος 2013.</w:t>
      </w:r>
    </w:p>
    <w:p>
      <w:pPr>
        <w:pStyle w:val="ListBullet"/>
      </w:pPr>
      <w:r>
        <w:t>IARPP Colloquium αρ. 22, «Θεραπευτικό πάθος στην αντιμεταβίβαση», συγγραφέας Irwin Hoffman — Μάιος 2013.</w:t>
      </w:r>
    </w:p>
    <w:p>
      <w:pPr>
        <w:pStyle w:val="ListBullet"/>
      </w:pPr>
      <w:r>
        <w:t>Διαδικτυακό σεμινάριο IARPP «Θετικότητα στην ψυχανάλυση», συγγραφέας Steven Stern — Φεβρουάριος–Μάρτιος 2013.</w:t>
      </w:r>
    </w:p>
    <w:p>
      <w:pPr>
        <w:pStyle w:val="ListBullet"/>
      </w:pPr>
      <w:r>
        <w:t>Διαδικτυακό σεμινάριο IARPP «Αυτοσχεδιασμός στην ψυχαναλυτική θεραπεία», συγγραφέας Phil Ringstrom — Ιανουάριος 2013.</w:t>
      </w:r>
    </w:p>
    <w:p>
      <w:pPr>
        <w:pStyle w:val="ListBullet"/>
      </w:pPr>
      <w:r>
        <w:t>IARPP Colloquium αρ. 21, «Ο μαύρος άνδρας και η γοργόνα: Επιθυμία και διατάραξη στην αναλυτική σχέση», συγγραφέας Dianne Elise — Οκτώβριος 2012.</w:t>
      </w:r>
    </w:p>
    <w:p>
      <w:pPr>
        <w:pStyle w:val="ListBullet"/>
      </w:pPr>
      <w:r>
        <w:t>Διασχιστικές διαταραχές ταυτότητας: Η οπτική των αντικειμενοτρόπων σχέσεων (8 ώρες) — Dr. Valerie Sinason, Ηνωμένο Βασίλειο, Μάρτιος 2010.</w:t>
      </w:r>
    </w:p>
    <w:p>
      <w:pPr>
        <w:pStyle w:val="Heading2"/>
      </w:pPr>
      <w:r>
        <w:t>Προγενέστερες πιστοποιήσεις</w:t>
      </w:r>
    </w:p>
    <w:p>
      <w:pPr>
        <w:pStyle w:val="ListBullet"/>
      </w:pPr>
      <w:r>
        <w:t>Πιστοποιητικό Γνωσιακής Αναλυτικής Ψυχοθεραπείας (6 ώρες) — Steve Potter, πρώην πρόεδρος ACAT, Αθήνα, Φεβρουάριος 2007.</w:t>
      </w:r>
    </w:p>
    <w:p>
      <w:pPr>
        <w:pStyle w:val="ListBullet"/>
      </w:pPr>
      <w:r>
        <w:t>Πιστοποιητικό Γνωσιακής Αναλυτικής Ψυχοθεραπείας (16 ώρες) — Dr. Blachos, Αθήνα, 2006.</w:t>
      </w:r>
    </w:p>
    <w:p>
      <w:pPr>
        <w:pStyle w:val="ListBullet"/>
      </w:pPr>
      <w:r>
        <w:t>Πιστοποιητικό Γνωσιακής Αναλυτικής Ψυχοθεραπείας — Western General Hospital, ACAT, Εδιμβούργο, Ηνωμένο Βασίλειο, Ιούνιος 2006.</w:t>
      </w:r>
    </w:p>
    <w:p>
      <w:pPr>
        <w:pStyle w:val="ListBullet"/>
      </w:pPr>
      <w:r>
        <w:t>Πιστοποιητικό Ψυχοσεξουαλικής Παθολογίας — Ινστιτούτο Σεξουαλικής και Συζυγικής Θεραπείας, Αθήνα, Οκτώβριος 2005.</w:t>
      </w:r>
    </w:p>
    <w:p>
      <w:pPr>
        <w:pStyle w:val="ListBullet"/>
      </w:pPr>
      <w:r>
        <w:t>Πιστοποιητικό Εισαγωγής στην Ομαδική Δυναμική και την Ομαδική Αναλυτική Ψυχοθεραπεία — Ανοιχτό Ψυχοθεραπευτικό Κέντρο, Ινστιτούτο Ομαδικής Ανάλυσης, Αθήνα, Μάιος 1999.</w:t>
      </w:r>
    </w:p>
    <w:p>
      <w:pPr>
        <w:pStyle w:val="Heading1"/>
      </w:pPr>
      <w:r>
        <w:t>ΠΡΟΣΩΠΙΚΗ ΘΕΡΑΠΕΙΑ ΚΑΙ ΑΥΤΟΓΝΩΣΙΑ</w:t>
      </w:r>
    </w:p>
    <w:p>
      <w:pPr>
        <w:pStyle w:val="ListBullet"/>
      </w:pPr>
      <w:r>
        <w:t>Ατομική ψυχανάλυση δύο φορές την εβδομάδα — Dr. Γρηγόρης Μανιαδάκης, Ελληνική Εταιρεία Ψυχαναλυτικής Ψυχοθεραπείας, Μάρτιος 2012–Μάρτιος 2022.</w:t>
      </w:r>
    </w:p>
    <w:p>
      <w:pPr>
        <w:pStyle w:val="ListBullet"/>
      </w:pPr>
      <w:r>
        <w:t>Ομαδική ανάλυση μία φορά την εβδομάδα — Dr. Κώστας Μωρόγιαννης, Ελληνικό Δίκτυο Ομαδικών Αναλυτών, Νοέμβριος 2018–Σεπτέμβριος 2024.</w:t>
      </w:r>
    </w:p>
    <w:p>
      <w:pPr>
        <w:pStyle w:val="ListBullet"/>
      </w:pPr>
      <w:r>
        <w:t>Συνεχιζόμενη συμμετοχή σε ελεύθερη διαδικτυακή μεγάλη ομάδα χωρίς ηγέτη, διευθυντών ψυχικής υγείας, με θέμα την ηγεσία — από τον Οκτώβριο 2021.</w:t>
      </w:r>
    </w:p>
    <w:p>
      <w:pPr>
        <w:pStyle w:val="ListBullet"/>
      </w:pPr>
      <w:r>
        <w:t>Συνεχιζόμενη συμμετοχή στη διαδικτυακή ομάδα ALG χωρίς ηγέτη, με μέλη GASi, AGPA και Ελληνικού Ινστιτούτου Σχεσιακής και Ομαδικής Ψυχοθεραπείας — από τον Μάιο 2020.</w:t>
      </w:r>
    </w:p>
    <w:p>
      <w:pPr>
        <w:pStyle w:val="ListBullet"/>
      </w:pPr>
      <w:r>
        <w:t>Ατομική Γνωσιακή Αναλυτική Θεραπεία (8 συνεδρίες), Ηνωμένο Βασίλειο — 2008.</w:t>
      </w:r>
    </w:p>
    <w:p>
      <w:pPr>
        <w:pStyle w:val="ListBullet"/>
      </w:pPr>
      <w:r>
        <w:t>Ομαδική ψυχαναλυτική θεραπεία (ένα έτος), Αθήνα — 2000.</w:t>
      </w:r>
    </w:p>
    <w:p>
      <w:pPr>
        <w:pStyle w:val="Heading1"/>
      </w:pPr>
      <w:r>
        <w:t>ΠΡΟΣΩΠΙΚΗ ΕΠΟΠΤΕΙΑ</w:t>
      </w:r>
    </w:p>
    <w:p>
      <w:pPr>
        <w:pStyle w:val="ListBullet"/>
      </w:pPr>
      <w:r>
        <w:t>Ατομικά περιστατικά σε ομαδική εποπτεία (2 ώρες ανά δύο εβδομάδες) — Dr. Σπύρος Ορφανός, πρώην πρόεδρος IARPP, από το 2011.</w:t>
      </w:r>
    </w:p>
    <w:p>
      <w:pPr>
        <w:pStyle w:val="ListBullet"/>
      </w:pPr>
      <w:r>
        <w:t>Ατομικά περιστατικά σε ατομική εποπτεία (1 ώρα εβδομαδιαίως) — Dr. Darlene Ehrenberg, διδάσκουσα William Alanson White Institute, από τον Σεπτέμβριο 2016.</w:t>
      </w:r>
    </w:p>
    <w:p>
      <w:pPr>
        <w:pStyle w:val="ListBullet"/>
      </w:pPr>
      <w:r>
        <w:t>Ατομικά περιστατικά σε ομαδική εποπτεία (2 ώρες ανά δύο εβδομάδες) — Dr. Darlene Ehrenberg, διδάσκουσα William Alanson White Institute, από τον Σεπτέμβριο 2017.</w:t>
      </w:r>
    </w:p>
    <w:p>
      <w:pPr>
        <w:pStyle w:val="ListBullet"/>
      </w:pPr>
      <w:r>
        <w:t>Ομάδες σε ομαδική εποπτεία (2 ώρες ανά τρεις εβδομάδες) — Dr. Ruthellen Josselson, συνδιευθύντρια Yalom Institute, από τον Σεπτέμβριο 2008.</w:t>
      </w:r>
    </w:p>
    <w:p>
      <w:pPr>
        <w:pStyle w:val="Heading1"/>
      </w:pPr>
      <w:r>
        <w:t>ΣΥΝΕΧΙΖΟΜΕΝΗ ΕΠΑΓΓΕΛΜΑΤΙΚΗ ΑΝΑΠΤΥΞΗ</w:t>
      </w:r>
    </w:p>
    <w:p>
      <w:pPr>
        <w:pStyle w:val="ListBullet"/>
      </w:pPr>
      <w:r>
        <w:t>Σεμινάριο ομαδικής ψυχοθεραπείας (10 ώρες) — Dr. Gila Ofer, Αθήνα, Ιούλιος 2024.</w:t>
      </w:r>
    </w:p>
    <w:p>
      <w:pPr>
        <w:pStyle w:val="ListBullet"/>
      </w:pPr>
      <w:r>
        <w:t>Σεμινάριο ομαδικής ψυχοθεραπείας (10 ώρες) — Dr. Uri Levin, Αθήνα, Μάιος 2024.</w:t>
      </w:r>
    </w:p>
    <w:p>
      <w:pPr>
        <w:pStyle w:val="ListBullet"/>
      </w:pPr>
      <w:r>
        <w:t>Σεμινάριο ομαδικής ψυχοθεραπείας (10 ώρες) — Dr. Avie Berman, Αθήνα, Μάρτιος 2024.</w:t>
      </w:r>
    </w:p>
    <w:p>
      <w:pPr>
        <w:pStyle w:val="ListBullet"/>
      </w:pPr>
      <w:r>
        <w:t>Σεμινάριο ομαδικής ψυχοθεραπείας (20 ώρες) — Dr. Ruthellen Josselson, διευθύντρια Yalom Institute, Αθήνα, Μάρτιος 2019.</w:t>
      </w:r>
    </w:p>
    <w:p>
      <w:pPr>
        <w:pStyle w:val="ListBullet"/>
      </w:pPr>
      <w:r>
        <w:t>Σεμινάριο ομαδικής ψυχοθεραπείας (20 ώρες) — Dr. Ruthellen Josselson, Αθήνα, Μάρτιος 2018.</w:t>
      </w:r>
    </w:p>
    <w:p>
      <w:pPr>
        <w:pStyle w:val="ListBullet"/>
      </w:pPr>
      <w:r>
        <w:t>Σεμινάριο ομαδικής ψυχοθεραπείας (20 ώρες) — Dr. Ruthellen Josselson, Αθήνα, Μάιος 2017.</w:t>
      </w:r>
    </w:p>
    <w:p>
      <w:pPr>
        <w:pStyle w:val="ListBullet"/>
      </w:pPr>
      <w:r>
        <w:t>Σεμινάριο ομαδικής ψυχοθεραπείας (20 ώρες) — Dr. Ruthellen Josselson, Αθήνα, Μάρτιος 2016.</w:t>
      </w:r>
    </w:p>
    <w:p>
      <w:pPr>
        <w:pStyle w:val="ListBullet"/>
      </w:pPr>
      <w:r>
        <w:t>Θεωρία Masterson για τις οριακές διαταραχές προσωπικότητας (20 ώρες) — Drs. Murray Shane και Judith Pearson, Masterson Institute, ΗΠΑ, Οκτώβριος 2014.</w:t>
      </w:r>
    </w:p>
    <w:p>
      <w:pPr>
        <w:pStyle w:val="ListBullet"/>
      </w:pPr>
      <w:r>
        <w:t>Σεμινάριο ομαδικής ψυχοθεραπείας (20 ώρες) — Dr. Ruthellen Josselson, Αθήνα, Μάρτιος 2014.</w:t>
      </w:r>
    </w:p>
    <w:p>
      <w:pPr>
        <w:pStyle w:val="ListBullet"/>
      </w:pPr>
      <w:r>
        <w:t>Σεμινάριο ομαδικής ψυχοθεραπείας (20 ώρες) — Dr. Ruthellen Josselson, Αθήνα, Απρίλιος 2013.</w:t>
      </w:r>
    </w:p>
    <w:p>
      <w:pPr>
        <w:pStyle w:val="ListBullet"/>
      </w:pPr>
      <w:r>
        <w:t>1ο Διεθνές Συνέδριο Οριακής Διαταραχής Προσωπικότητας, Βερολίνο, Γερμανία.</w:t>
      </w:r>
    </w:p>
    <w:p>
      <w:pPr>
        <w:pStyle w:val="ListBullet"/>
      </w:pPr>
      <w:r>
        <w:t>Σεμινάριο ομαδικής ψυχοθεραπείας (16 ώρες) — Dr. Ruthellen Josselson, Αθήνα, Ιούλιος 2010.</w:t>
      </w:r>
    </w:p>
    <w:p>
      <w:pPr>
        <w:pStyle w:val="ListBullet"/>
      </w:pPr>
      <w:r>
        <w:t>Θεωρία Masterson για τις διαταραχές προσωπικότητας (16 ώρες) — Drs. Murray Shane, Jerry Katz και Judith Pearson, ΗΠΑ, Δεκέμβριος 2009.</w:t>
      </w:r>
    </w:p>
    <w:p>
      <w:pPr>
        <w:pStyle w:val="ListBullet"/>
      </w:pPr>
      <w:r>
        <w:t>Ετήσιο συνέδριο ACAT, Μπαθ, Ηνωμένο Βασίλειο, Ιούλιος 2009.</w:t>
      </w:r>
    </w:p>
    <w:p>
      <w:pPr>
        <w:pStyle w:val="ListBullet"/>
      </w:pPr>
      <w:r>
        <w:t>Σεμινάριο ομαδικής ψυχοθεραπείας (8 ώρες) — Dr. Ruthellen Josselson, Αθήνα, Μάρτιος 2009.</w:t>
      </w:r>
    </w:p>
    <w:p>
      <w:pPr>
        <w:pStyle w:val="ListBullet"/>
      </w:pPr>
      <w:r>
        <w:t>Σεμινάριο Θεωρίας Διαλογικού Εαυτού (8 ώρες) — Dr. Hermans, Αθήνα, Ιανουάριος 2008.</w:t>
      </w:r>
    </w:p>
    <w:p>
      <w:pPr>
        <w:pStyle w:val="ListBullet"/>
      </w:pPr>
      <w:r>
        <w:t>Γνωσιακή Αναλυτική Θεραπεία ατόμων με ναρκισσιστικά χαρακτηριστικά (8 ώρες) — Dr. Annie Nehmad, Αθήνα, Ιούνιος 2008.</w:t>
      </w:r>
    </w:p>
    <w:p>
      <w:pPr>
        <w:pStyle w:val="ListBullet"/>
      </w:pPr>
      <w:r>
        <w:t>Ετήσιο συνέδριο ACAT «Αλλαγή στη Γνωσιακή Αναλυτική Θεραπεία», Λονδίνο, Ηνωμένο Βασίλειο, Ιούλιος 2007.</w:t>
      </w:r>
    </w:p>
    <w:p>
      <w:pPr>
        <w:pStyle w:val="ListBullet"/>
      </w:pPr>
      <w:r>
        <w:t>Συνέδριο Γνωσιακής Θεραπείας και Σύνθετων Περιστατικών — Newcastle Cognitive and Behavioural Therapies Centre, Ηνωμένο Βασίλειο, Μάιος 2003.</w:t>
      </w:r>
    </w:p>
    <w:p>
      <w:pPr>
        <w:pStyle w:val="ListBullet"/>
      </w:pPr>
      <w:r>
        <w:t>Συνέδριο Γνωσιακής Συμπεριφορικής Θεραπείας και Θεραπευτικών Χρήσεων της Νοερής Απεικόνισης — Newcastle Cognitive and Behavioural Therapies Centre, Ηνωμένο Βασίλειο, Μάρτιος 2003.</w:t>
      </w:r>
    </w:p>
    <w:p>
      <w:pPr>
        <w:pStyle w:val="ListBullet"/>
      </w:pPr>
      <w:r>
        <w:t>Εργαστήριο διατύπωσης περίπτωσης στη Γνωσιακή Συμπεριφορική Θεραπεία — Drs. Graeme Richardson, Steve Clark και Marie Trippet, Νιούκαστλ, Ηνωμένο Βασίλειο, Ιανουάριος 2003.</w:t>
      </w:r>
    </w:p>
    <w:p>
      <w:pPr>
        <w:pStyle w:val="Heading1"/>
      </w:pPr>
      <w:r>
        <w:t>ΕΠΑΓΓΕΛΜΑΤΙΚΕΣ ΙΔΙΟΤΗΤΕΣ ΜΕΛΟΥΣ</w:t>
      </w:r>
    </w:p>
    <w:p>
      <w:pPr>
        <w:pStyle w:val="ListBullet"/>
      </w:pPr>
      <w:r>
        <w:t>International Association for Relational Psychoanalysis &amp; Psychotherapy (IARPP) — διεθνές μέλος.</w:t>
      </w:r>
    </w:p>
    <w:p>
      <w:pPr>
        <w:pStyle w:val="ListBullet"/>
      </w:pPr>
      <w:r>
        <w:t>Πιστοποιημένος ομαδικός ψυχοθεραπευτής — International Board for Certification of Group Psychotherapists.</w:t>
      </w:r>
    </w:p>
    <w:p>
      <w:pPr>
        <w:pStyle w:val="ListBullet"/>
      </w:pPr>
      <w:r>
        <w:t>American Group Psychotherapy Association (AGPA) — κλινικό μέλος.</w:t>
      </w:r>
    </w:p>
    <w:p>
      <w:pPr>
        <w:pStyle w:val="ListBullet"/>
      </w:pPr>
      <w:r>
        <w:t>Eastern Group Psychotherapy Society (EGPS) — κλινικό μέλος.</w:t>
      </w:r>
    </w:p>
    <w:p>
      <w:pPr>
        <w:pStyle w:val="ListBullet"/>
      </w:pPr>
      <w:r>
        <w:t>Group Analytic Society International (GASi) — κλινικό μέλος.</w:t>
      </w:r>
    </w:p>
    <w:p>
      <w:pPr>
        <w:pStyle w:val="Heading1"/>
      </w:pPr>
      <w:r>
        <w:t>ΕΠΑΓΓΕΛΜΑΤΙΚΗ ΕΜΠΕΙΡΙΑ</w:t>
      </w:r>
    </w:p>
    <w:p>
      <w:pPr>
        <w:pStyle w:val="Heading2"/>
      </w:pPr>
      <w:r>
        <w:t>Ελληνικό Ινστιτούτο Σχεσιακής και Ομαδικής Ψυχοθεραπείας ΕΠΕ — Ιδρυτής και Διευθυντής</w:t>
      </w:r>
    </w:p>
    <w:p>
      <w:r>
        <w:t>Ιούνιος 2006–σήμερα. Προηγούμενη επωνυμία: Ινστιτούτο Γνωσιακής Αναλυτικής Ψυχοθεραπείας ΕΠΕ, με έδρα την Ελλάδα.</w:t>
      </w:r>
    </w:p>
    <w:p>
      <w:pPr>
        <w:pStyle w:val="ListBullet"/>
      </w:pPr>
      <w:r>
        <w:t>Διευθυντής τετραετούς κύκλου επιμόρφωσης στις κλινικές δεξιότητες με βάση τη σχεσιακή ψυχανάλυση.</w:t>
      </w:r>
    </w:p>
    <w:p>
      <w:pPr>
        <w:pStyle w:val="ListBullet"/>
      </w:pPr>
      <w:r>
        <w:t>Διευθυντής τετραετούς κύκλου επιμόρφωσης στην ομαδική ψυχοθεραπεία κατά Yalom.</w:t>
      </w:r>
    </w:p>
    <w:p>
      <w:pPr>
        <w:pStyle w:val="ListBullet"/>
      </w:pPr>
      <w:r>
        <w:t>Ατομικός ψυχοθεραπευτής περίπου 25 θεραπευομένων την εβδομάδα.</w:t>
      </w:r>
    </w:p>
    <w:p>
      <w:pPr>
        <w:pStyle w:val="ListBullet"/>
      </w:pPr>
      <w:r>
        <w:t>Κύριος ομαδικός ψυχοθεραπευτής 8 T-groups, με 10 ασθενείς ανά ομάδα.</w:t>
      </w:r>
    </w:p>
    <w:p>
      <w:pPr>
        <w:pStyle w:val="Heading2"/>
      </w:pPr>
      <w:r>
        <w:t>Ψυχιατρικό Νοσοκομείο Αττικής (ΨΝΑ)</w:t>
      </w:r>
    </w:p>
    <w:p>
      <w:pPr>
        <w:pStyle w:val="ListBullet"/>
      </w:pPr>
      <w:r>
        <w:t>Διευθυντής διετούς κύκλου επιμόρφωσης στις κλινικές δεξιότητες με βάση τη σχεσιακή ψυχανάλυση — από τον Σεπτέμβριο 2018.</w:t>
      </w:r>
    </w:p>
    <w:p>
      <w:pPr>
        <w:pStyle w:val="ListBullet"/>
      </w:pPr>
      <w:r>
        <w:t>Διευθυντής διετούς κύκλου επιμόρφωσης στην ομαδική ψυχοθεραπεία νοσηλευομένων κατά Yalom — από τον Σεπτέμβριο 2017.</w:t>
      </w:r>
    </w:p>
    <w:p>
      <w:pPr>
        <w:pStyle w:val="Heading2"/>
      </w:pPr>
      <w:r>
        <w:t>University of Wales, σε συνεργασία με το British Hellenic College, Αθήνα</w:t>
      </w:r>
    </w:p>
    <w:p>
      <w:r>
        <w:t>Οκτώβριος 2006–Ιούνιος 2010.</w:t>
      </w:r>
    </w:p>
    <w:p>
      <w:pPr>
        <w:pStyle w:val="ListBullet"/>
      </w:pPr>
      <w:r>
        <w:t>Διδάσκων στις Θεωρίες Ομαδικής Συμβουλευτικής, 2 ώρες εβδομαδιαίως.</w:t>
      </w:r>
    </w:p>
    <w:p>
      <w:pPr>
        <w:pStyle w:val="ListBullet"/>
      </w:pPr>
      <w:r>
        <w:t>Διδάσκων στην Κλινική Ψυχοπαθολογία, 2 ώρες εβδομαδιαίως.</w:t>
      </w:r>
    </w:p>
    <w:p>
      <w:pPr>
        <w:pStyle w:val="Heading2"/>
      </w:pPr>
      <w:r>
        <w:t>Ψυχολογικό Τμήμα Δήμου Φιλοθέης, Αθήνα — Υπεύθυνος</w:t>
      </w:r>
    </w:p>
    <w:p>
      <w:r>
        <w:t>Σεπτέμβριος 2003–Οκτώβριος 2006. Σχολικός σύμβουλος και γνωσιακός θεραπευτής πλήρους απασχόλησης.</w:t>
      </w:r>
    </w:p>
    <w:p>
      <w:pPr>
        <w:pStyle w:val="ListBullet"/>
      </w:pPr>
      <w:r>
        <w:t>Τρεις ομάδες θεραπείας, δύο ενηλίκων και μία εφήβων.</w:t>
      </w:r>
    </w:p>
    <w:p>
      <w:pPr>
        <w:pStyle w:val="ListBullet"/>
      </w:pPr>
      <w:r>
        <w:t>Συμβουλευτική υπηρεσία σε τοπικά σχολεία: νηπιαγωγεία, δημοτικά και σχολεία δευτεροβάθμιας εκπαίδευσης.</w:t>
      </w:r>
    </w:p>
    <w:p>
      <w:pPr>
        <w:pStyle w:val="ListBullet"/>
      </w:pPr>
      <w:r>
        <w:t>Συμβουλευτική ζευγαριών, διαχείριση άγχους και ατομική συμβουλευτική.</w:t>
      </w:r>
    </w:p>
    <w:p>
      <w:pPr>
        <w:pStyle w:val="Heading2"/>
      </w:pPr>
      <w:r>
        <w:t>Darlington Borough Council, Τμήμα Εκπαίδευσης, Υπηρεσία Σχολικής Συμβουλευτικής, Ηνωμένο Βασίλειο</w:t>
      </w:r>
    </w:p>
    <w:p>
      <w:r>
        <w:t>Σεπτέμβριος 2002–Αύγουστος 2003. Σχολικός ψυχοθεραπευτής/σύμβουλος πλήρους απασχόλησης.</w:t>
      </w:r>
    </w:p>
    <w:p>
      <w:pPr>
        <w:pStyle w:val="ListBullet"/>
      </w:pPr>
      <w:r>
        <w:t>Θεραπευτικές παρεμβάσεις και συμβουλευτική σε παιδιά ηλικίας 10–16 ετών.</w:t>
      </w:r>
    </w:p>
    <w:p>
      <w:pPr>
        <w:pStyle w:val="ListBullet"/>
      </w:pPr>
      <w:r>
        <w:t>Συνεργασία με γενικούς ιατρούς, ψυχιάτρους, νοσοκομειακούς ψυχοθεραπευτές, εκπαιδευτικούς ψυχολόγους, εκπαιδευτικούς, υπηρεσίες μαθητικής μέριμνας και γονείς.</w:t>
      </w:r>
    </w:p>
    <w:p>
      <w:pPr>
        <w:pStyle w:val="ListBullet"/>
      </w:pPr>
      <w:r>
        <w:t>Παρεμβάσεις για την κατάθλιψη, τις αγχώδεις διαταραχές, τον αυτοτραυματισμό, την εκπαίδευση στη διεκδικητικότητα, τη διαχείριση άγχους, τη σεξουαλική κακοποίηση και τον αυτοκτονικό ιδεασμό.</w:t>
      </w:r>
    </w:p>
    <w:p>
      <w:pPr>
        <w:pStyle w:val="ListBullet"/>
      </w:pPr>
      <w:r>
        <w:t>Λήψη εβδομαδιαίας ατομικής εποπτείας 2 ωρών και μηνιαίας ομαδικής εποπτείας 2 ωρών.</w:t>
      </w:r>
    </w:p>
    <w:p>
      <w:pPr>
        <w:pStyle w:val="Heading1"/>
      </w:pPr>
      <w:r>
        <w:t>ΓΛΩΣΣΕΣ</w:t>
      </w:r>
    </w:p>
    <w:p>
      <w:pPr>
        <w:pStyle w:val="ListBullet"/>
        <w:keepNext/>
      </w:pPr>
      <w:r>
        <w:t>Ελληνικά — μητρική γλώσσα.</w:t>
      </w:r>
    </w:p>
    <w:p>
      <w:pPr>
        <w:pStyle w:val="ListBullet"/>
      </w:pPr>
      <w:r>
        <w:t>Αγγλικά — Certificate of Proficiency, University of Michigan, ΗΠΑ, Μάρτιος 2000.</w:t>
      </w:r>
    </w:p>
    <w:p>
      <w:pPr>
        <w:pStyle w:val="ListBullet"/>
      </w:pPr>
      <w:r>
        <w:t>TOEFL — βαθμολογία εξέτασης μέσω υπολογιστή: 233, Ιανουάριος 2000.</w:t>
      </w:r>
    </w:p>
    <w:p>
      <w:pPr>
        <w:pStyle w:val="Heading1"/>
      </w:pPr>
      <w:r>
        <w:t>ΕΝΔΙΑΦΕΡΟΝΤΑ</w:t>
      </w:r>
    </w:p>
    <w:p>
      <w:r>
        <w:t>Κιθάρα, μουσική, αθλητισμός, φιλοσοφία, διαδίκτυο.</w:t>
      </w:r>
    </w:p>
    <w:p>
      <w:pPr>
        <w:pStyle w:val="Heading1"/>
        <w:keepNext/>
      </w:pPr>
      <w:r>
        <w:t>ΣΥΣΤΑΣΕΙΣ</w:t>
      </w:r>
    </w:p>
    <w:p>
      <w:r>
        <w:t>Διαθέσιμες κατόπιν αιτήματος.</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